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92DC" w14:textId="77777777" w:rsidR="008F4BF0" w:rsidRDefault="00000000">
      <w:pPr>
        <w:spacing w:after="0"/>
        <w:jc w:val="center"/>
      </w:pPr>
      <w:r>
        <w:rPr>
          <w:b/>
          <w:bCs/>
          <w:sz w:val="21"/>
          <w:szCs w:val="21"/>
        </w:rPr>
        <w:t>CIRCLE OF FRIENDS MOLLY AND GENE RAUEN ENDOWED</w:t>
      </w:r>
    </w:p>
    <w:p w14:paraId="3E29F191" w14:textId="77777777" w:rsidR="008F4BF0" w:rsidRDefault="00000000">
      <w:pPr>
        <w:spacing w:after="0"/>
        <w:jc w:val="center"/>
      </w:pPr>
      <w:r>
        <w:rPr>
          <w:b/>
          <w:bCs/>
          <w:sz w:val="21"/>
          <w:szCs w:val="21"/>
        </w:rPr>
        <w:t>RESEARCH ASSISTANCE AWARDS</w:t>
      </w:r>
    </w:p>
    <w:p w14:paraId="6A2513E0" w14:textId="77777777" w:rsidR="008F4BF0" w:rsidRDefault="00000000">
      <w:pPr>
        <w:spacing w:after="60"/>
        <w:jc w:val="center"/>
      </w:pPr>
      <w:r>
        <w:rPr>
          <w:b/>
          <w:bCs/>
          <w:sz w:val="21"/>
          <w:szCs w:val="21"/>
        </w:rPr>
        <w:t>DEPARTMENT OF NUTRITION, FOOD SCIENCE, AND PACKAGING</w:t>
      </w:r>
    </w:p>
    <w:p w14:paraId="2B786E2A" w14:textId="77777777" w:rsidR="008F4BF0" w:rsidRDefault="00000000">
      <w:pPr>
        <w:spacing w:after="0"/>
        <w:jc w:val="center"/>
      </w:pPr>
      <w:r>
        <w:rPr>
          <w:b/>
          <w:bCs/>
          <w:sz w:val="22"/>
          <w:szCs w:val="22"/>
        </w:rPr>
        <w:t>Extraordinary Research Hours Completion and Payment Processing Authorization</w:t>
      </w:r>
    </w:p>
    <w:p w14:paraId="4627096A" w14:textId="77777777" w:rsidR="008F4BF0" w:rsidRDefault="00000000">
      <w:pPr>
        <w:spacing w:after="80" w:line="240" w:lineRule="auto"/>
      </w:pPr>
      <w:r>
        <w:t>Use only after an approved award application includes extraordinary research-hours compensation. The student completes Sections 1 and 2, the faculty advisor completes Section 3, and the completed form is sent promptly to Leah Olaivar. Electronic signatures are acceptable.</w:t>
      </w:r>
    </w:p>
    <w:p w14:paraId="62A0FE46" w14:textId="77777777" w:rsidR="008F4BF0" w:rsidRDefault="00000000">
      <w:pPr>
        <w:spacing w:after="60" w:line="240" w:lineRule="auto"/>
      </w:pPr>
      <w:r>
        <w:t xml:space="preserve">Submit this form promptly after the approved work is completed and at least six weeks before graduation. If the work </w:t>
      </w:r>
      <w:proofErr w:type="gramStart"/>
      <w:r>
        <w:t>will be</w:t>
      </w:r>
      <w:proofErr w:type="gramEnd"/>
      <w:r>
        <w:t xml:space="preserve"> completed within six weeks of graduation, contact Leah Olaivar as early as possible.</w:t>
      </w:r>
    </w:p>
    <w:p w14:paraId="5547AA4E" w14:textId="77777777" w:rsidR="008F4BF0" w:rsidRDefault="00000000">
      <w:pPr>
        <w:spacing w:before="40" w:after="20"/>
      </w:pPr>
      <w:r>
        <w:rPr>
          <w:b/>
          <w:bCs/>
          <w:sz w:val="22"/>
          <w:szCs w:val="22"/>
          <w:u w:val="single"/>
        </w:rPr>
        <w:t>1. Student and Award Information</w:t>
      </w:r>
    </w:p>
    <w:tbl>
      <w:tblPr>
        <w:tblStyle w:val="a"/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0"/>
        <w:gridCol w:w="3750"/>
        <w:gridCol w:w="1550"/>
        <w:gridCol w:w="3480"/>
      </w:tblGrid>
      <w:tr w:rsidR="008F4BF0" w14:paraId="078EB39C" w14:textId="77777777">
        <w:trPr>
          <w:cantSplit/>
          <w:jc w:val="center"/>
        </w:trPr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D5B3C" w14:textId="77777777" w:rsidR="008F4BF0" w:rsidRDefault="00000000">
            <w:r>
              <w:rPr>
                <w:b/>
                <w:bCs/>
                <w:sz w:val="21"/>
                <w:szCs w:val="21"/>
              </w:rPr>
              <w:t>Student name</w:t>
            </w:r>
          </w:p>
        </w:tc>
        <w:tc>
          <w:tcPr>
            <w:tcW w:w="37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81F206" w14:textId="77777777" w:rsidR="008F4BF0" w:rsidRDefault="008F4BF0"/>
        </w:tc>
        <w:tc>
          <w:tcPr>
            <w:tcW w:w="1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EB93C" w14:textId="77777777" w:rsidR="008F4BF0" w:rsidRDefault="00000000">
            <w:r>
              <w:rPr>
                <w:b/>
                <w:bCs/>
                <w:sz w:val="21"/>
                <w:szCs w:val="21"/>
              </w:rPr>
              <w:t>Student ID</w:t>
            </w:r>
          </w:p>
        </w:tc>
        <w:tc>
          <w:tcPr>
            <w:tcW w:w="34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84D93C" w14:textId="77777777" w:rsidR="008F4BF0" w:rsidRDefault="008F4BF0"/>
        </w:tc>
      </w:tr>
      <w:tr w:rsidR="008F4BF0" w14:paraId="2A29CA35" w14:textId="77777777">
        <w:trPr>
          <w:cantSplit/>
          <w:jc w:val="center"/>
        </w:trPr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D0EDD" w14:textId="77777777" w:rsidR="008F4BF0" w:rsidRDefault="00000000">
            <w:r>
              <w:rPr>
                <w:b/>
                <w:bCs/>
                <w:sz w:val="21"/>
                <w:szCs w:val="21"/>
              </w:rPr>
              <w:t>SAGE / Graduate program</w:t>
            </w:r>
          </w:p>
        </w:tc>
        <w:tc>
          <w:tcPr>
            <w:tcW w:w="37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FE7B0" w14:textId="77777777" w:rsidR="008F4BF0" w:rsidRDefault="008F4BF0"/>
        </w:tc>
        <w:tc>
          <w:tcPr>
            <w:tcW w:w="1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815A5" w14:textId="77777777" w:rsidR="008F4BF0" w:rsidRDefault="00000000">
            <w:r>
              <w:rPr>
                <w:b/>
                <w:bCs/>
                <w:sz w:val="21"/>
                <w:szCs w:val="21"/>
              </w:rPr>
              <w:t>Award semester</w:t>
            </w:r>
          </w:p>
        </w:tc>
        <w:tc>
          <w:tcPr>
            <w:tcW w:w="34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31217" w14:textId="77777777" w:rsidR="008F4BF0" w:rsidRDefault="008F4BF0"/>
        </w:tc>
      </w:tr>
      <w:tr w:rsidR="008F4BF0" w14:paraId="27762844" w14:textId="77777777">
        <w:trPr>
          <w:cantSplit/>
          <w:jc w:val="center"/>
        </w:trPr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F2288" w14:textId="77777777" w:rsidR="008F4BF0" w:rsidRDefault="00000000">
            <w:r>
              <w:rPr>
                <w:b/>
                <w:bCs/>
                <w:sz w:val="21"/>
                <w:szCs w:val="21"/>
              </w:rPr>
              <w:t>Faculty research advisor</w:t>
            </w:r>
          </w:p>
        </w:tc>
        <w:tc>
          <w:tcPr>
            <w:tcW w:w="37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1C75A0" w14:textId="77777777" w:rsidR="008F4BF0" w:rsidRDefault="008F4BF0"/>
        </w:tc>
        <w:tc>
          <w:tcPr>
            <w:tcW w:w="1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95A23" w14:textId="77777777" w:rsidR="008F4BF0" w:rsidRDefault="00000000">
            <w:r>
              <w:rPr>
                <w:b/>
                <w:bCs/>
                <w:sz w:val="21"/>
                <w:szCs w:val="21"/>
              </w:rPr>
              <w:t>Advisor email</w:t>
            </w:r>
          </w:p>
        </w:tc>
        <w:tc>
          <w:tcPr>
            <w:tcW w:w="34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63B07A" w14:textId="77777777" w:rsidR="008F4BF0" w:rsidRDefault="008F4BF0"/>
        </w:tc>
      </w:tr>
      <w:tr w:rsidR="008F4BF0" w14:paraId="0A670A38" w14:textId="77777777">
        <w:trPr>
          <w:cantSplit/>
          <w:jc w:val="center"/>
        </w:trPr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F37A69" w14:textId="77777777" w:rsidR="008F4BF0" w:rsidRDefault="00000000">
            <w:r>
              <w:rPr>
                <w:b/>
                <w:bCs/>
                <w:sz w:val="21"/>
                <w:szCs w:val="21"/>
              </w:rPr>
              <w:t>Research proposal title</w:t>
            </w:r>
          </w:p>
        </w:tc>
        <w:tc>
          <w:tcPr>
            <w:tcW w:w="8780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C19CF" w14:textId="77777777" w:rsidR="008F4BF0" w:rsidRDefault="008F4BF0"/>
        </w:tc>
      </w:tr>
      <w:tr w:rsidR="008F4BF0" w14:paraId="38EC9692" w14:textId="77777777">
        <w:trPr>
          <w:cantSplit/>
          <w:jc w:val="center"/>
        </w:trPr>
        <w:tc>
          <w:tcPr>
            <w:tcW w:w="1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FCF07" w14:textId="77777777" w:rsidR="008F4BF0" w:rsidRDefault="00000000">
            <w:r>
              <w:rPr>
                <w:b/>
              </w:rPr>
              <w:t>Student email</w:t>
            </w:r>
          </w:p>
        </w:tc>
        <w:tc>
          <w:tcPr>
            <w:tcW w:w="37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B5FA5D" w14:textId="77777777" w:rsidR="008F4BF0" w:rsidRDefault="008F4BF0"/>
        </w:tc>
        <w:tc>
          <w:tcPr>
            <w:tcW w:w="15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28BD0" w14:textId="77777777" w:rsidR="008F4BF0" w:rsidRDefault="00000000">
            <w:r>
              <w:rPr>
                <w:b/>
              </w:rPr>
              <w:t>Expected graduation term</w:t>
            </w:r>
          </w:p>
        </w:tc>
        <w:tc>
          <w:tcPr>
            <w:tcW w:w="34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A9616" w14:textId="77777777" w:rsidR="008F4BF0" w:rsidRDefault="008F4BF0"/>
        </w:tc>
      </w:tr>
    </w:tbl>
    <w:p w14:paraId="67592AF0" w14:textId="77777777" w:rsidR="008F4BF0" w:rsidRDefault="00000000">
      <w:pPr>
        <w:spacing w:before="40" w:after="20"/>
      </w:pPr>
      <w:r>
        <w:rPr>
          <w:b/>
          <w:bCs/>
          <w:sz w:val="22"/>
          <w:szCs w:val="22"/>
          <w:u w:val="single"/>
        </w:rPr>
        <w:t>2. Completion Certification</w:t>
      </w:r>
    </w:p>
    <w:tbl>
      <w:tblPr>
        <w:tblStyle w:val="a0"/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0"/>
        <w:gridCol w:w="3180"/>
        <w:gridCol w:w="2100"/>
        <w:gridCol w:w="2900"/>
      </w:tblGrid>
      <w:tr w:rsidR="008F4BF0" w14:paraId="405C3CB5" w14:textId="77777777">
        <w:trPr>
          <w:cantSplit/>
          <w:jc w:val="center"/>
        </w:trPr>
        <w:tc>
          <w:tcPr>
            <w:tcW w:w="1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D13977" w14:textId="77777777" w:rsidR="008F4BF0" w:rsidRDefault="00000000">
            <w:r>
              <w:rPr>
                <w:b/>
                <w:bCs/>
              </w:rPr>
              <w:t>Date extraordinary work completed</w:t>
            </w:r>
          </w:p>
        </w:tc>
        <w:tc>
          <w:tcPr>
            <w:tcW w:w="31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9662E0" w14:textId="77777777" w:rsidR="008F4BF0" w:rsidRDefault="008F4BF0"/>
        </w:tc>
        <w:tc>
          <w:tcPr>
            <w:tcW w:w="2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BDA48" w14:textId="77777777" w:rsidR="008F4BF0" w:rsidRDefault="00000000">
            <w:r>
              <w:rPr>
                <w:b/>
                <w:bCs/>
              </w:rPr>
              <w:t>Approved extraordinary-hours amount</w:t>
            </w:r>
          </w:p>
        </w:tc>
        <w:tc>
          <w:tcPr>
            <w:tcW w:w="29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1CAC2" w14:textId="77777777" w:rsidR="008F4BF0" w:rsidRDefault="00000000">
            <w:r>
              <w:rPr>
                <w:sz w:val="21"/>
                <w:szCs w:val="21"/>
              </w:rPr>
              <w:t>$</w:t>
            </w:r>
          </w:p>
        </w:tc>
      </w:tr>
      <w:tr w:rsidR="008F4BF0" w14:paraId="06DF6B89" w14:textId="77777777">
        <w:trPr>
          <w:cantSplit/>
          <w:jc w:val="center"/>
        </w:trPr>
        <w:tc>
          <w:tcPr>
            <w:tcW w:w="10080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1C97E" w14:textId="77777777" w:rsidR="008F4BF0" w:rsidRDefault="00000000">
            <w:r>
              <w:rPr>
                <w:b/>
                <w:bCs/>
                <w:sz w:val="21"/>
                <w:szCs w:val="21"/>
              </w:rPr>
              <w:t>Brief description of the extraordinary research work completed</w:t>
            </w:r>
          </w:p>
          <w:p w14:paraId="4CEBA32A" w14:textId="77777777" w:rsidR="008F4BF0" w:rsidRDefault="008F4BF0"/>
        </w:tc>
      </w:tr>
    </w:tbl>
    <w:p w14:paraId="442D221D" w14:textId="77777777" w:rsidR="008F4BF0" w:rsidRDefault="00000000">
      <w:pPr>
        <w:spacing w:before="40" w:after="40" w:line="240" w:lineRule="auto"/>
      </w:pPr>
      <w:r>
        <w:rPr>
          <w:b/>
          <w:bCs/>
        </w:rPr>
        <w:t xml:space="preserve">Student certification: </w:t>
      </w:r>
      <w:r>
        <w:t>I certify that the extraordinary research work described above has been completed and that this form accurately represents the work supported by my approved award application.</w:t>
      </w:r>
    </w:p>
    <w:tbl>
      <w:tblPr>
        <w:tblStyle w:val="a1"/>
        <w:tblW w:w="100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3650"/>
        <w:gridCol w:w="850"/>
        <w:gridCol w:w="4180"/>
      </w:tblGrid>
      <w:tr w:rsidR="008F4BF0" w14:paraId="2226F682" w14:textId="77777777">
        <w:trPr>
          <w:cantSplit/>
          <w:jc w:val="center"/>
        </w:trPr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286FC" w14:textId="77777777" w:rsidR="008F4BF0" w:rsidRDefault="00000000">
            <w:r>
              <w:rPr>
                <w:b/>
                <w:bCs/>
                <w:sz w:val="21"/>
                <w:szCs w:val="21"/>
              </w:rPr>
              <w:t>Student signature</w:t>
            </w:r>
          </w:p>
        </w:tc>
        <w:tc>
          <w:tcPr>
            <w:tcW w:w="3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119DC" w14:textId="77777777" w:rsidR="008F4BF0" w:rsidRDefault="008F4BF0"/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9DC1F" w14:textId="77777777" w:rsidR="008F4BF0" w:rsidRDefault="00000000">
            <w:r>
              <w:rPr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41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E6ADF" w14:textId="77777777" w:rsidR="008F4BF0" w:rsidRDefault="008F4BF0"/>
        </w:tc>
      </w:tr>
    </w:tbl>
    <w:p w14:paraId="4BCB98B1" w14:textId="77777777" w:rsidR="008F4BF0" w:rsidRDefault="00000000">
      <w:pPr>
        <w:spacing w:before="40" w:after="20"/>
      </w:pPr>
      <w:r>
        <w:rPr>
          <w:b/>
          <w:bCs/>
          <w:sz w:val="22"/>
          <w:szCs w:val="22"/>
          <w:u w:val="single"/>
        </w:rPr>
        <w:t>3. Faculty Advisor Verification and Authorization</w:t>
      </w:r>
    </w:p>
    <w:p w14:paraId="5CAD925E" w14:textId="77777777" w:rsidR="008F4BF0" w:rsidRDefault="00000000">
      <w:pPr>
        <w:spacing w:before="40" w:after="40" w:line="240" w:lineRule="auto"/>
      </w:pPr>
      <w:r>
        <w:rPr>
          <w:b/>
          <w:bCs/>
        </w:rPr>
        <w:t xml:space="preserve">Faculty advisor certification: </w:t>
      </w:r>
      <w:r>
        <w:t>I verify that the student has completed the advisor-approved extraordinary research work described above. I authorize the Department to initiate payment processing for the approved extraordinary-hours amount, subject to applicable University and award-administration requirements.</w:t>
      </w:r>
    </w:p>
    <w:tbl>
      <w:tblPr>
        <w:tblStyle w:val="a2"/>
        <w:tblW w:w="100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3650"/>
        <w:gridCol w:w="850"/>
        <w:gridCol w:w="4180"/>
      </w:tblGrid>
      <w:tr w:rsidR="008F4BF0" w14:paraId="6B821E89" w14:textId="77777777">
        <w:trPr>
          <w:cantSplit/>
          <w:jc w:val="center"/>
        </w:trPr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D518B6" w14:textId="77777777" w:rsidR="008F4BF0" w:rsidRDefault="00000000">
            <w:r>
              <w:rPr>
                <w:b/>
                <w:bCs/>
                <w:sz w:val="21"/>
                <w:szCs w:val="21"/>
              </w:rPr>
              <w:t>Advisor name</w:t>
            </w:r>
          </w:p>
        </w:tc>
        <w:tc>
          <w:tcPr>
            <w:tcW w:w="3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1BB8F" w14:textId="77777777" w:rsidR="008F4BF0" w:rsidRDefault="008F4BF0"/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2534B0" w14:textId="77777777" w:rsidR="008F4BF0" w:rsidRDefault="00000000">
            <w:r>
              <w:rPr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41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338AE" w14:textId="77777777" w:rsidR="008F4BF0" w:rsidRDefault="008F4BF0"/>
        </w:tc>
      </w:tr>
      <w:tr w:rsidR="008F4BF0" w14:paraId="1C28B4B6" w14:textId="77777777">
        <w:trPr>
          <w:cantSplit/>
          <w:jc w:val="center"/>
        </w:trPr>
        <w:tc>
          <w:tcPr>
            <w:tcW w:w="13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DA57DD" w14:textId="77777777" w:rsidR="008F4BF0" w:rsidRDefault="00000000">
            <w:r>
              <w:rPr>
                <w:b/>
                <w:bCs/>
                <w:sz w:val="21"/>
                <w:szCs w:val="21"/>
              </w:rPr>
              <w:t>Advisor signature</w:t>
            </w:r>
          </w:p>
        </w:tc>
        <w:tc>
          <w:tcPr>
            <w:tcW w:w="8680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9C148" w14:textId="77777777" w:rsidR="008F4BF0" w:rsidRDefault="008F4BF0"/>
        </w:tc>
      </w:tr>
    </w:tbl>
    <w:p w14:paraId="60A95D84" w14:textId="77777777" w:rsidR="008F4BF0" w:rsidRDefault="00000000">
      <w:pPr>
        <w:spacing w:before="40" w:after="20"/>
      </w:pPr>
      <w:r>
        <w:rPr>
          <w:b/>
          <w:bCs/>
          <w:sz w:val="22"/>
          <w:szCs w:val="22"/>
          <w:u w:val="single"/>
        </w:rPr>
        <w:t>4. Department Processing Record - For Department Use Only</w:t>
      </w:r>
    </w:p>
    <w:tbl>
      <w:tblPr>
        <w:tblStyle w:val="a3"/>
        <w:tblW w:w="10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3345"/>
        <w:gridCol w:w="1800"/>
        <w:gridCol w:w="3630"/>
      </w:tblGrid>
      <w:tr w:rsidR="008F4BF0" w14:paraId="27CCF7D2" w14:textId="77777777">
        <w:trPr>
          <w:cantSplit/>
          <w:jc w:val="center"/>
        </w:trPr>
        <w:tc>
          <w:tcPr>
            <w:tcW w:w="127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58205" w14:textId="77777777" w:rsidR="008F4BF0" w:rsidRDefault="00000000">
            <w:r>
              <w:rPr>
                <w:b/>
              </w:rPr>
              <w:t>Date form received</w:t>
            </w:r>
          </w:p>
        </w:tc>
        <w:tc>
          <w:tcPr>
            <w:tcW w:w="334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9D754" w14:textId="77777777" w:rsidR="008F4BF0" w:rsidRDefault="008F4BF0"/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967F5E" w14:textId="77777777" w:rsidR="008F4BF0" w:rsidRDefault="00000000">
            <w:r>
              <w:rPr>
                <w:b/>
              </w:rPr>
              <w:t>Received by</w:t>
            </w:r>
          </w:p>
        </w:tc>
        <w:tc>
          <w:tcPr>
            <w:tcW w:w="36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A1086C" w14:textId="77777777" w:rsidR="008F4BF0" w:rsidRDefault="00000000">
            <w:r>
              <w:t>Leah Olaivar</w:t>
            </w:r>
          </w:p>
        </w:tc>
      </w:tr>
      <w:tr w:rsidR="008F4BF0" w14:paraId="47450737" w14:textId="77777777">
        <w:trPr>
          <w:cantSplit/>
          <w:jc w:val="center"/>
        </w:trPr>
        <w:tc>
          <w:tcPr>
            <w:tcW w:w="127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BEBEE" w14:textId="77777777" w:rsidR="008F4BF0" w:rsidRDefault="00000000">
            <w:r>
              <w:rPr>
                <w:b/>
              </w:rPr>
              <w:t>Payment request submitted</w:t>
            </w:r>
          </w:p>
        </w:tc>
        <w:tc>
          <w:tcPr>
            <w:tcW w:w="334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715F3" w14:textId="77777777" w:rsidR="008F4BF0" w:rsidRDefault="00000000">
            <w:proofErr w:type="gramStart"/>
            <w:r>
              <w:t>[  ]</w:t>
            </w:r>
            <w:proofErr w:type="gramEnd"/>
            <w:r>
              <w:t xml:space="preserve"> Yes  </w:t>
            </w:r>
            <w:proofErr w:type="gramStart"/>
            <w:r>
              <w:t xml:space="preserve">   [  ]</w:t>
            </w:r>
            <w:proofErr w:type="gramEnd"/>
            <w:r>
              <w:t xml:space="preserve"> No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01FB4B" w14:textId="77777777" w:rsidR="008F4BF0" w:rsidRDefault="00000000">
            <w:r>
              <w:rPr>
                <w:b/>
              </w:rPr>
              <w:t>Date submitted</w:t>
            </w:r>
          </w:p>
        </w:tc>
        <w:tc>
          <w:tcPr>
            <w:tcW w:w="36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25B4A" w14:textId="77777777" w:rsidR="008F4BF0" w:rsidRDefault="008F4BF0"/>
        </w:tc>
      </w:tr>
      <w:tr w:rsidR="008F4BF0" w14:paraId="14B8B1EC" w14:textId="77777777">
        <w:trPr>
          <w:cantSplit/>
          <w:jc w:val="center"/>
        </w:trPr>
        <w:tc>
          <w:tcPr>
            <w:tcW w:w="127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32A0F2" w14:textId="77777777" w:rsidR="008F4BF0" w:rsidRDefault="00000000">
            <w:r>
              <w:rPr>
                <w:b/>
              </w:rPr>
              <w:t>University payment reference no.</w:t>
            </w:r>
          </w:p>
        </w:tc>
        <w:tc>
          <w:tcPr>
            <w:tcW w:w="334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54732" w14:textId="77777777" w:rsidR="008F4BF0" w:rsidRDefault="008F4BF0"/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9167D" w14:textId="77777777" w:rsidR="008F4BF0" w:rsidRDefault="00000000">
            <w:r>
              <w:rPr>
                <w:b/>
              </w:rPr>
              <w:t>Processing notes</w:t>
            </w:r>
          </w:p>
        </w:tc>
        <w:tc>
          <w:tcPr>
            <w:tcW w:w="36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0A4A2" w14:textId="77777777" w:rsidR="008F4BF0" w:rsidRDefault="008F4BF0"/>
        </w:tc>
      </w:tr>
    </w:tbl>
    <w:p w14:paraId="0C8E60C3" w14:textId="77777777" w:rsidR="008F4BF0" w:rsidRDefault="00000000">
      <w:pPr>
        <w:spacing w:before="40" w:after="40" w:line="240" w:lineRule="auto"/>
      </w:pPr>
      <w:r>
        <w:rPr>
          <w:b/>
          <w:bCs/>
        </w:rPr>
        <w:t xml:space="preserve">Administrative note: </w:t>
      </w:r>
      <w:r>
        <w:t>This departmental authorization documents completion and advisor verification. It does not replace any University form or approval required to issue payment.</w:t>
      </w:r>
    </w:p>
    <w:sectPr w:rsidR="008F4BF0" w:rsidSect="0014327D">
      <w:pgSz w:w="12240" w:h="15840"/>
      <w:pgMar w:top="720" w:right="720" w:bottom="180" w:left="720" w:header="720" w:footer="720" w:gutter="0"/>
      <w:pgNumType w:start="1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7E405" w14:textId="77777777" w:rsidR="004471F4" w:rsidRDefault="004471F4" w:rsidP="00D1046B">
      <w:pPr>
        <w:spacing w:after="0" w:line="240" w:lineRule="auto"/>
      </w:pPr>
      <w:r>
        <w:separator/>
      </w:r>
    </w:p>
  </w:endnote>
  <w:endnote w:type="continuationSeparator" w:id="0">
    <w:p w14:paraId="475CC142" w14:textId="77777777" w:rsidR="004471F4" w:rsidRDefault="004471F4" w:rsidP="00D1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18E87A-B1C6-473C-911F-5855B4E7DD6F}"/>
    <w:embedBold r:id="rId2" w:fontKey="{39CA6080-2CF6-46AF-94C1-162418AEB97A}"/>
    <w:embedItalic r:id="rId3" w:fontKey="{545C48C0-DCB3-488A-91E0-EAF7811F1784}"/>
    <w:embedBoldItalic r:id="rId4" w:fontKey="{ACF865F3-D587-4C4C-8B2C-E5826385A368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EA9600E-B45E-45E2-9532-1A45747B26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D82DB" w14:textId="77777777" w:rsidR="004471F4" w:rsidRDefault="004471F4" w:rsidP="00D1046B">
      <w:pPr>
        <w:spacing w:after="0" w:line="240" w:lineRule="auto"/>
      </w:pPr>
      <w:r>
        <w:separator/>
      </w:r>
    </w:p>
  </w:footnote>
  <w:footnote w:type="continuationSeparator" w:id="0">
    <w:p w14:paraId="2BAA9685" w14:textId="77777777" w:rsidR="004471F4" w:rsidRDefault="004471F4" w:rsidP="00D10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C6B29"/>
    <w:multiLevelType w:val="multilevel"/>
    <w:tmpl w:val="A5BCB2B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69226897">
    <w:abstractNumId w:val="0"/>
  </w:num>
  <w:num w:numId="2" w16cid:durableId="236775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2890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656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5657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12068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BF0"/>
    <w:rsid w:val="0014327D"/>
    <w:rsid w:val="004471F4"/>
    <w:rsid w:val="007C1030"/>
    <w:rsid w:val="008F4BF0"/>
    <w:rsid w:val="008F4DDF"/>
    <w:rsid w:val="00D1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880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9"/>
        <w:szCs w:val="19"/>
        <w:lang w:val="en" w:eastAsia="en-US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80" w:after="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80" w:after="6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2026-09-14T16:04:00Z</dcterms:created>
  <dcterms:modified xsi:type="dcterms:W3CDTF">2026-09-14T16:05:00Z</dcterms:modified>
</cp:coreProperties>
</file>